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39EB" w14:textId="77777777" w:rsidR="001860BB" w:rsidRPr="00CC37CD" w:rsidRDefault="00C959EC">
      <w:pPr>
        <w:pStyle w:val="Nadpis1"/>
        <w:jc w:val="center"/>
        <w:rPr>
          <w:lang w:val="cs-CZ"/>
        </w:rPr>
      </w:pPr>
      <w:r>
        <w:rPr>
          <w:lang w:val="cs-CZ"/>
        </w:rPr>
        <w:t>PROFIL DODAVATELE / SUPPLIER PROFILE</w:t>
      </w:r>
    </w:p>
    <w:p w14:paraId="2683AF0F" w14:textId="77777777" w:rsidR="001860BB" w:rsidRPr="00CC37CD" w:rsidRDefault="00C959EC">
      <w:pPr>
        <w:jc w:val="center"/>
        <w:rPr>
          <w:lang w:val="cs-CZ"/>
        </w:rPr>
      </w:pPr>
      <w:r>
        <w:rPr>
          <w:i/>
          <w:lang w:val="cs-CZ"/>
        </w:rPr>
        <w:t>(pro poptávku Tesselschade-Arbeid Adelt, Nizozemsko)</w:t>
      </w:r>
    </w:p>
    <w:p w14:paraId="24DF9F41" w14:textId="77777777" w:rsidR="001860BB" w:rsidRPr="00CC37CD" w:rsidRDefault="001860BB">
      <w:pPr>
        <w:rPr>
          <w:lang w:val="cs-CZ"/>
        </w:rPr>
      </w:pPr>
    </w:p>
    <w:p w14:paraId="31ED3B0F" w14:textId="77777777" w:rsidR="001860BB" w:rsidRPr="00CC37CD" w:rsidRDefault="00C959EC">
      <w:pPr>
        <w:pStyle w:val="Nadpis2"/>
        <w:rPr>
          <w:lang w:val="cs-CZ"/>
        </w:rPr>
      </w:pPr>
      <w:r>
        <w:rPr>
          <w:lang w:val="cs-CZ"/>
        </w:rPr>
        <w:t>1. ZAKLADNÍ ÚDAJE O SPOLEČNOSTI / BASIC COMPANY INFORMATION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59"/>
        <w:gridCol w:w="4837"/>
      </w:tblGrid>
      <w:tr w:rsidR="001860BB" w:rsidRPr="00CC37CD" w14:paraId="562F5B0E" w14:textId="77777777">
        <w:trPr>
          <w:jc w:val="center"/>
        </w:trPr>
        <w:tc>
          <w:tcPr>
            <w:tcW w:w="3600" w:type="dxa"/>
          </w:tcPr>
          <w:p w14:paraId="74FF7BFF" w14:textId="77777777" w:rsidR="001860BB" w:rsidRPr="00CC37CD" w:rsidRDefault="00CC37CD">
            <w:pPr>
              <w:rPr>
                <w:lang w:val="cs-CZ"/>
              </w:rPr>
            </w:pPr>
            <w:r>
              <w:rPr>
                <w:lang w:val="cs-CZ"/>
              </w:rPr>
              <w:t>Název společnosti / Company name</w:t>
            </w:r>
          </w:p>
        </w:tc>
        <w:tc>
          <w:tcPr>
            <w:tcW w:w="5040" w:type="dxa"/>
          </w:tcPr>
          <w:p w14:paraId="0844E5C5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67653D56" w14:textId="77777777">
        <w:trPr>
          <w:jc w:val="center"/>
        </w:trPr>
        <w:tc>
          <w:tcPr>
            <w:tcW w:w="3600" w:type="dxa"/>
          </w:tcPr>
          <w:p w14:paraId="71C51388" w14:textId="77777777" w:rsidR="001860BB" w:rsidRPr="00CC37CD" w:rsidRDefault="00C959EC">
            <w:pPr>
              <w:rPr>
                <w:lang w:val="cs-CZ"/>
              </w:rPr>
            </w:pPr>
            <w:r>
              <w:rPr>
                <w:lang w:val="cs-CZ"/>
              </w:rPr>
              <w:t>ICO / VAT ID</w:t>
            </w:r>
          </w:p>
        </w:tc>
        <w:tc>
          <w:tcPr>
            <w:tcW w:w="5040" w:type="dxa"/>
          </w:tcPr>
          <w:p w14:paraId="308B3461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536A84A1" w14:textId="77777777">
        <w:trPr>
          <w:jc w:val="center"/>
        </w:trPr>
        <w:tc>
          <w:tcPr>
            <w:tcW w:w="3600" w:type="dxa"/>
          </w:tcPr>
          <w:p w14:paraId="31EEECC0" w14:textId="77777777" w:rsidR="001860BB" w:rsidRPr="00CC37CD" w:rsidRDefault="00C959EC">
            <w:pPr>
              <w:rPr>
                <w:lang w:val="cs-CZ"/>
              </w:rPr>
            </w:pPr>
            <w:r>
              <w:rPr>
                <w:lang w:val="cs-CZ"/>
              </w:rPr>
              <w:t>Adresa sídla / Registered address</w:t>
            </w:r>
          </w:p>
        </w:tc>
        <w:tc>
          <w:tcPr>
            <w:tcW w:w="5040" w:type="dxa"/>
          </w:tcPr>
          <w:p w14:paraId="35FD59CB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6B51A51E" w14:textId="77777777">
        <w:trPr>
          <w:jc w:val="center"/>
        </w:trPr>
        <w:tc>
          <w:tcPr>
            <w:tcW w:w="3600" w:type="dxa"/>
          </w:tcPr>
          <w:p w14:paraId="386F040F" w14:textId="77777777" w:rsidR="001860BB" w:rsidRPr="00CC37CD" w:rsidRDefault="00CC37CD">
            <w:pPr>
              <w:rPr>
                <w:lang w:val="cs-CZ"/>
              </w:rPr>
            </w:pPr>
            <w:r>
              <w:rPr>
                <w:lang w:val="cs-CZ"/>
              </w:rPr>
              <w:t>Webové stránky / Website</w:t>
            </w:r>
          </w:p>
        </w:tc>
        <w:tc>
          <w:tcPr>
            <w:tcW w:w="5040" w:type="dxa"/>
          </w:tcPr>
          <w:p w14:paraId="15FB78B0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6809D361" w14:textId="77777777">
        <w:trPr>
          <w:jc w:val="center"/>
        </w:trPr>
        <w:tc>
          <w:tcPr>
            <w:tcW w:w="3600" w:type="dxa"/>
          </w:tcPr>
          <w:p w14:paraId="36385E0B" w14:textId="77777777" w:rsidR="001860BB" w:rsidRPr="00CC37CD" w:rsidRDefault="00CC37CD">
            <w:pPr>
              <w:rPr>
                <w:lang w:val="cs-CZ"/>
              </w:rPr>
            </w:pPr>
            <w:r>
              <w:rPr>
                <w:lang w:val="cs-CZ"/>
              </w:rPr>
              <w:t>Kontaktní osoba / Contact person (jméno, funkce, e-mail, telefon)</w:t>
            </w:r>
          </w:p>
        </w:tc>
        <w:tc>
          <w:tcPr>
            <w:tcW w:w="5040" w:type="dxa"/>
          </w:tcPr>
          <w:p w14:paraId="2B7CA670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3297875D" w14:textId="77777777">
        <w:trPr>
          <w:jc w:val="center"/>
        </w:trPr>
        <w:tc>
          <w:tcPr>
            <w:tcW w:w="3600" w:type="dxa"/>
          </w:tcPr>
          <w:p w14:paraId="5BFF0F05" w14:textId="77777777" w:rsidR="001860BB" w:rsidRPr="00CC37CD" w:rsidRDefault="00C959EC">
            <w:pPr>
              <w:rPr>
                <w:lang w:val="cs-CZ"/>
              </w:rPr>
            </w:pPr>
            <w:r>
              <w:rPr>
                <w:lang w:val="cs-CZ"/>
              </w:rPr>
              <w:t>Rok založeni / Year established</w:t>
            </w:r>
          </w:p>
        </w:tc>
        <w:tc>
          <w:tcPr>
            <w:tcW w:w="5040" w:type="dxa"/>
          </w:tcPr>
          <w:p w14:paraId="62F02A66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6BD4396B" w14:textId="77777777">
        <w:trPr>
          <w:jc w:val="center"/>
        </w:trPr>
        <w:tc>
          <w:tcPr>
            <w:tcW w:w="3600" w:type="dxa"/>
          </w:tcPr>
          <w:p w14:paraId="7A30BB5F" w14:textId="77777777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5040" w:type="dxa"/>
          </w:tcPr>
          <w:p w14:paraId="3A911B61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322489DD" w14:textId="77777777">
        <w:trPr>
          <w:jc w:val="center"/>
        </w:trPr>
        <w:tc>
          <w:tcPr>
            <w:tcW w:w="3600" w:type="dxa"/>
          </w:tcPr>
          <w:p w14:paraId="47ABAE43" w14:textId="77777777" w:rsidR="001860BB" w:rsidRPr="00CC37CD" w:rsidRDefault="00BA583D">
            <w:pPr>
              <w:rPr>
                <w:lang w:val="cs-CZ"/>
              </w:rPr>
            </w:pPr>
            <w:r>
              <w:rPr>
                <w:lang w:val="cs-CZ"/>
              </w:rPr>
              <w:t>Vlastnická struktura / Ownership structure</w:t>
            </w:r>
          </w:p>
        </w:tc>
        <w:tc>
          <w:tcPr>
            <w:tcW w:w="5040" w:type="dxa"/>
          </w:tcPr>
          <w:p w14:paraId="20492BDD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2E91BB56" w14:textId="77777777">
        <w:trPr>
          <w:jc w:val="center"/>
        </w:trPr>
        <w:tc>
          <w:tcPr>
            <w:tcW w:w="4703" w:type="dxa"/>
          </w:tcPr>
          <w:p w14:paraId="3EC9AF30" w14:textId="77777777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4703" w:type="dxa"/>
          </w:tcPr>
          <w:p w14:paraId="5A529E5A" w14:textId="77777777" w:rsidR="001860BB" w:rsidRPr="00CC37CD" w:rsidRDefault="001860BB">
            <w:pPr>
              <w:rPr>
                <w:lang w:val="cs-CZ"/>
              </w:rPr>
            </w:pPr>
          </w:p>
        </w:tc>
      </w:tr>
    </w:tbl>
    <w:p w14:paraId="27CCA783" w14:textId="77777777" w:rsidR="001860BB" w:rsidRPr="00CC37CD" w:rsidRDefault="001860BB">
      <w:pPr>
        <w:rPr>
          <w:lang w:val="cs-CZ"/>
        </w:rPr>
      </w:pPr>
    </w:p>
    <w:p w14:paraId="71431B30" w14:textId="77777777" w:rsidR="001860BB" w:rsidRPr="00CC37CD" w:rsidRDefault="00C959EC">
      <w:pPr>
        <w:pStyle w:val="Nadpis2"/>
        <w:rPr>
          <w:lang w:val="cs-CZ"/>
        </w:rPr>
      </w:pPr>
      <w:r>
        <w:rPr>
          <w:lang w:val="cs-CZ"/>
        </w:rPr>
        <w:t>2. PŘEDSTAVENÍ SPOLEČNOSTI / COMPANY INTRODUCTION</w:t>
      </w:r>
    </w:p>
    <w:p w14:paraId="3676EF08" w14:textId="77777777" w:rsidR="001860BB" w:rsidRPr="00CC37CD" w:rsidRDefault="00C959EC">
      <w:pPr>
        <w:rPr>
          <w:lang w:val="cs-CZ"/>
        </w:rPr>
      </w:pPr>
      <w:r>
        <w:rPr>
          <w:lang w:val="cs-CZ"/>
        </w:rPr>
        <w:t>(Stručné představeni historie, zaměřeni, hlavni činnosti - max. 10 řádků)</w:t>
      </w:r>
    </w:p>
    <w:p w14:paraId="0BBCE3A5" w14:textId="77777777" w:rsidR="001860BB" w:rsidRPr="00CC37CD" w:rsidRDefault="00C959EC">
      <w:pPr>
        <w:rPr>
          <w:lang w:val="cs-CZ"/>
        </w:rPr>
      </w:pPr>
      <w:r>
        <w:rPr>
          <w:lang w:val="cs-CZ"/>
        </w:rPr>
        <w:t>(Brief introduction: history, focus, main activities - max. 10 lines)</w:t>
      </w:r>
    </w:p>
    <w:p w14:paraId="6875ED55" w14:textId="77777777" w:rsidR="001860BB" w:rsidRPr="00CC37CD" w:rsidRDefault="001860BB">
      <w:pPr>
        <w:rPr>
          <w:lang w:val="cs-CZ"/>
        </w:rPr>
      </w:pPr>
    </w:p>
    <w:p w14:paraId="0F1EBF28" w14:textId="77777777" w:rsidR="002725A2" w:rsidRPr="00CC37CD" w:rsidRDefault="002725A2">
      <w:pPr>
        <w:pStyle w:val="Nadpis2"/>
        <w:rPr>
          <w:lang w:val="cs-CZ"/>
        </w:rPr>
      </w:pPr>
      <w:r>
        <w:rPr>
          <w:lang w:val="cs-CZ"/>
        </w:rPr>
        <w:br/>
      </w:r>
    </w:p>
    <w:p w14:paraId="29981CE0" w14:textId="77777777" w:rsidR="002725A2" w:rsidRPr="00CC37CD" w:rsidRDefault="002725A2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cs-CZ"/>
        </w:rPr>
      </w:pPr>
      <w:r>
        <w:rPr>
          <w:lang w:val="cs-CZ"/>
        </w:rPr>
        <w:br w:type="page"/>
      </w:r>
    </w:p>
    <w:p w14:paraId="4B9891D2" w14:textId="77777777" w:rsidR="001860BB" w:rsidRPr="00CC37CD" w:rsidRDefault="00C959EC">
      <w:pPr>
        <w:pStyle w:val="Nadpis2"/>
        <w:rPr>
          <w:lang w:val="cs-CZ"/>
        </w:rPr>
      </w:pPr>
      <w:r>
        <w:rPr>
          <w:lang w:val="cs-CZ"/>
        </w:rPr>
        <w:lastRenderedPageBreak/>
        <w:t>3. PRODUKTOVÉ PORTFOLIO / PRODUCT PORTFOLIO</w:t>
      </w:r>
    </w:p>
    <w:p w14:paraId="371EF3F7" w14:textId="77777777" w:rsidR="000720AA" w:rsidRDefault="00000000">
      <w:pPr>
        <w:pStyle w:val="Nadpis3"/>
        <w:rPr>
          <w:lang w:val="cs-CZ"/>
        </w:rPr>
      </w:pPr>
      <w:r>
        <w:rPr>
          <w:lang w:val="cs-CZ"/>
        </w:rPr>
        <w:t>3.1 Stuhy a folklorní textilní doplňky / Ribbons and folk textile accessories</w:t>
      </w:r>
    </w:p>
    <w:p w14:paraId="398219EE" w14:textId="77777777" w:rsidR="000720AA" w:rsidRDefault="00000000">
      <w:pPr>
        <w:rPr>
          <w:lang w:val="cs-CZ"/>
        </w:rPr>
      </w:pPr>
      <w:r>
        <w:rPr>
          <w:lang w:val="cs-CZ"/>
        </w:rPr>
        <w:t>Máte zkušenosti s výrobou folklorních stuh a textilních doplňků? / Do you have experience producing folk ribbons and textile accessories?</w:t>
      </w:r>
    </w:p>
    <w:p w14:paraId="4F299913" w14:textId="77777777" w:rsidR="000720AA" w:rsidRDefault="00000000">
      <w:pPr>
        <w:rPr>
          <w:lang w:val="cs-CZ"/>
        </w:rPr>
      </w:pPr>
      <w:r>
        <w:rPr>
          <w:lang w:val="cs-CZ"/>
        </w:rPr>
        <w:t>☐ Ano / Yes  ☐ Ne / No</w:t>
      </w:r>
    </w:p>
    <w:p w14:paraId="09E25109" w14:textId="77777777" w:rsidR="000720AA" w:rsidRDefault="000720AA">
      <w:pPr>
        <w:rPr>
          <w:lang w:val="cs-CZ"/>
        </w:rPr>
      </w:pPr>
    </w:p>
    <w:p w14:paraId="4A4B85A9" w14:textId="77777777" w:rsidR="000720AA" w:rsidRDefault="00000000">
      <w:pPr>
        <w:rPr>
          <w:lang w:val="cs-CZ"/>
        </w:rPr>
      </w:pPr>
      <w:r>
        <w:rPr>
          <w:lang w:val="cs-CZ"/>
        </w:rPr>
        <w:t>Používané materiály / Materials used:</w:t>
      </w:r>
    </w:p>
    <w:p w14:paraId="4E53717F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Bavlna / Cotton  ☐ Satén / Satin  ☐ Krajka / Lace  ☐ Jiné / Other (uveďte): </w:t>
      </w:r>
    </w:p>
    <w:p w14:paraId="7235EB74" w14:textId="77777777" w:rsidR="000720AA" w:rsidRDefault="000720AA">
      <w:pPr>
        <w:rPr>
          <w:lang w:val="cs-CZ"/>
        </w:rPr>
      </w:pPr>
    </w:p>
    <w:p w14:paraId="1996A493" w14:textId="77777777" w:rsidR="000720AA" w:rsidRDefault="00000000">
      <w:pPr>
        <w:rPr>
          <w:lang w:val="cs-CZ"/>
        </w:rPr>
      </w:pPr>
      <w:r>
        <w:rPr>
          <w:lang w:val="cs-CZ"/>
        </w:rPr>
        <w:t>Certifikace / Certifications:</w:t>
      </w:r>
    </w:p>
    <w:p w14:paraId="43345060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OEKO-TEX  ☐ ISO 9001  ☐ Jiné / Other: </w:t>
      </w:r>
    </w:p>
    <w:p w14:paraId="48FC5CD3" w14:textId="77777777" w:rsidR="000720AA" w:rsidRDefault="000720AA">
      <w:pPr>
        <w:rPr>
          <w:lang w:val="cs-CZ"/>
        </w:rPr>
      </w:pPr>
    </w:p>
    <w:p w14:paraId="1481DE5A" w14:textId="77777777" w:rsidR="000720AA" w:rsidRDefault="00000000">
      <w:pPr>
        <w:rPr>
          <w:lang w:val="cs-CZ"/>
        </w:rPr>
      </w:pPr>
      <w:r>
        <w:rPr>
          <w:lang w:val="cs-CZ"/>
        </w:rPr>
        <w:t>Fotografie / vzorky obdobných výrobků / Photos or samples of similar products:</w:t>
      </w:r>
    </w:p>
    <w:p w14:paraId="553BD20D" w14:textId="77777777" w:rsidR="000720AA" w:rsidRDefault="00000000">
      <w:pPr>
        <w:rPr>
          <w:lang w:val="cs-CZ"/>
        </w:rPr>
      </w:pPr>
      <w:r>
        <w:rPr>
          <w:lang w:val="cs-CZ"/>
        </w:rPr>
        <w:t>☐ Přiloženo / Attached  ☐ K dispozici na vyžádaní / Available on request</w:t>
      </w:r>
    </w:p>
    <w:p w14:paraId="72F60EC4" w14:textId="77777777" w:rsidR="000720AA" w:rsidRDefault="000720AA">
      <w:pPr>
        <w:rPr>
          <w:lang w:val="cs-CZ"/>
        </w:rPr>
      </w:pPr>
    </w:p>
    <w:p w14:paraId="64A1716F" w14:textId="77777777" w:rsidR="000720AA" w:rsidRDefault="00000000">
      <w:pPr>
        <w:rPr>
          <w:lang w:val="cs-CZ"/>
        </w:rPr>
      </w:pPr>
      <w:r>
        <w:rPr>
          <w:lang w:val="cs-CZ"/>
        </w:rPr>
        <w:br w:type="page"/>
      </w:r>
    </w:p>
    <w:p w14:paraId="20898F76" w14:textId="77777777" w:rsidR="000720AA" w:rsidRDefault="00000000">
      <w:pPr>
        <w:pStyle w:val="Nadpis3"/>
        <w:rPr>
          <w:lang w:val="cs-CZ"/>
        </w:rPr>
      </w:pPr>
      <w:r>
        <w:rPr>
          <w:lang w:val="cs-CZ"/>
        </w:rPr>
        <w:lastRenderedPageBreak/>
        <w:t>3.2 Kapesníčky s krajkou a ubrousky / Lace handkerchiefs and napkins</w:t>
      </w:r>
    </w:p>
    <w:p w14:paraId="58515711" w14:textId="77777777" w:rsidR="000720AA" w:rsidRDefault="00000000">
      <w:pPr>
        <w:rPr>
          <w:lang w:val="cs-CZ"/>
        </w:rPr>
      </w:pPr>
      <w:r>
        <w:rPr>
          <w:lang w:val="cs-CZ"/>
        </w:rPr>
        <w:t>Máte zkušenosti s výrobou kapesníčků a ubrousků s krajkovým nebo výšivkovým zdobením? / Do you have experience producing handkerchiefs and napkins with lace or embroidered trimming?</w:t>
      </w:r>
    </w:p>
    <w:p w14:paraId="4385FFAB" w14:textId="77777777" w:rsidR="000720AA" w:rsidRDefault="00000000">
      <w:pPr>
        <w:rPr>
          <w:lang w:val="cs-CZ"/>
        </w:rPr>
      </w:pPr>
      <w:r>
        <w:rPr>
          <w:lang w:val="cs-CZ"/>
        </w:rPr>
        <w:t>☐ Ano / Yes  ☐ Ne / No</w:t>
      </w:r>
    </w:p>
    <w:p w14:paraId="06AE0A75" w14:textId="77777777" w:rsidR="000720AA" w:rsidRDefault="000720AA">
      <w:pPr>
        <w:rPr>
          <w:lang w:val="cs-CZ"/>
        </w:rPr>
      </w:pPr>
    </w:p>
    <w:p w14:paraId="5DD3DAFB" w14:textId="77777777" w:rsidR="000720AA" w:rsidRDefault="00000000">
      <w:pPr>
        <w:rPr>
          <w:lang w:val="cs-CZ"/>
        </w:rPr>
      </w:pPr>
      <w:r>
        <w:rPr>
          <w:lang w:val="cs-CZ"/>
        </w:rPr>
        <w:t>Používané materiály / Materials used:</w:t>
      </w:r>
    </w:p>
    <w:p w14:paraId="2384BD08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Bavlna / Cotton  ☐ Len / Linen  ☐ Krajka / Lace  ☐ Jiné / Other (uveďte): </w:t>
      </w:r>
    </w:p>
    <w:p w14:paraId="36549A53" w14:textId="77777777" w:rsidR="000720AA" w:rsidRDefault="000720AA">
      <w:pPr>
        <w:rPr>
          <w:lang w:val="cs-CZ"/>
        </w:rPr>
      </w:pPr>
    </w:p>
    <w:p w14:paraId="66B12164" w14:textId="77777777" w:rsidR="000720AA" w:rsidRDefault="00000000">
      <w:pPr>
        <w:rPr>
          <w:lang w:val="cs-CZ"/>
        </w:rPr>
      </w:pPr>
      <w:r>
        <w:rPr>
          <w:lang w:val="cs-CZ"/>
        </w:rPr>
        <w:t>Způsob zdobení / Decoration method:</w:t>
      </w:r>
    </w:p>
    <w:p w14:paraId="345ADEDB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Ruční krajka / Handmade lace  ☐ Strojová krajka / Machine-made lace  ☐ Výšivka / Embroidery  ☐ Jiné / Other: </w:t>
      </w:r>
    </w:p>
    <w:p w14:paraId="1D24561F" w14:textId="77777777" w:rsidR="000720AA" w:rsidRDefault="000720AA">
      <w:pPr>
        <w:rPr>
          <w:lang w:val="cs-CZ"/>
        </w:rPr>
      </w:pPr>
    </w:p>
    <w:p w14:paraId="16089F95" w14:textId="77777777" w:rsidR="000720AA" w:rsidRDefault="00000000">
      <w:pPr>
        <w:rPr>
          <w:lang w:val="cs-CZ"/>
        </w:rPr>
      </w:pPr>
      <w:r>
        <w:rPr>
          <w:lang w:val="cs-CZ"/>
        </w:rPr>
        <w:t>Fotografie / vzorky obdobných výrobků / Photos or samples of similar products:</w:t>
      </w:r>
    </w:p>
    <w:p w14:paraId="63DED312" w14:textId="77777777" w:rsidR="000720AA" w:rsidRDefault="00000000">
      <w:pPr>
        <w:rPr>
          <w:lang w:val="cs-CZ"/>
        </w:rPr>
      </w:pPr>
      <w:r>
        <w:rPr>
          <w:lang w:val="cs-CZ"/>
        </w:rPr>
        <w:t>☐ Přiloženo / Attached  ☐ K dispozici na vyžádaní / Available on request</w:t>
      </w:r>
    </w:p>
    <w:p w14:paraId="76543F5D" w14:textId="77777777" w:rsidR="000720AA" w:rsidRDefault="000720AA">
      <w:pPr>
        <w:rPr>
          <w:lang w:val="cs-CZ"/>
        </w:rPr>
      </w:pPr>
    </w:p>
    <w:p w14:paraId="190FCD38" w14:textId="77777777" w:rsidR="000720AA" w:rsidRDefault="00000000">
      <w:pPr>
        <w:pStyle w:val="Nadpis3"/>
        <w:rPr>
          <w:lang w:val="cs-CZ"/>
        </w:rPr>
      </w:pPr>
      <w:r>
        <w:rPr>
          <w:lang w:val="cs-CZ"/>
        </w:rPr>
        <w:t>3.3 Textilní dárkové výrobky / Textile gift items</w:t>
      </w:r>
    </w:p>
    <w:p w14:paraId="0E40AFB1" w14:textId="77777777" w:rsidR="000720AA" w:rsidRDefault="00000000">
      <w:pPr>
        <w:rPr>
          <w:lang w:val="cs-CZ"/>
        </w:rPr>
      </w:pPr>
      <w:r>
        <w:rPr>
          <w:lang w:val="cs-CZ"/>
        </w:rPr>
        <w:t>Máte zkušenosti s výrobou drobných textilních dárkových předmětů (sáčky, taštičky, ozdobné doplňky, dárkové sady)? / Do you have experience producing small textile gift items (pouches, bags, decorative accessories, gift sets)?</w:t>
      </w:r>
    </w:p>
    <w:p w14:paraId="62A0E4AD" w14:textId="77777777" w:rsidR="000720AA" w:rsidRDefault="00000000">
      <w:pPr>
        <w:rPr>
          <w:lang w:val="cs-CZ"/>
        </w:rPr>
      </w:pPr>
      <w:r>
        <w:rPr>
          <w:lang w:val="cs-CZ"/>
        </w:rPr>
        <w:t>☐ Ano / Yes  ☐ Ne / No</w:t>
      </w:r>
    </w:p>
    <w:p w14:paraId="5171B6B6" w14:textId="77777777" w:rsidR="000720AA" w:rsidRDefault="000720AA">
      <w:pPr>
        <w:rPr>
          <w:lang w:val="cs-CZ"/>
        </w:rPr>
      </w:pPr>
    </w:p>
    <w:p w14:paraId="127B333F" w14:textId="77777777" w:rsidR="000720AA" w:rsidRDefault="00000000">
      <w:pPr>
        <w:rPr>
          <w:lang w:val="cs-CZ"/>
        </w:rPr>
      </w:pPr>
      <w:r>
        <w:rPr>
          <w:lang w:val="cs-CZ"/>
        </w:rPr>
        <w:t>Používané materiály / Materials used:</w:t>
      </w:r>
    </w:p>
    <w:p w14:paraId="1B69A42C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Bavlna / Cotton  ☐ Len / Linen  ☐ Plsť / Felt  ☐ Jiné / Other (uveďte): </w:t>
      </w:r>
    </w:p>
    <w:p w14:paraId="3ECBECDF" w14:textId="77777777" w:rsidR="000720AA" w:rsidRDefault="000720AA">
      <w:pPr>
        <w:rPr>
          <w:lang w:val="cs-CZ"/>
        </w:rPr>
      </w:pPr>
    </w:p>
    <w:p w14:paraId="304B0C64" w14:textId="77777777" w:rsidR="000720AA" w:rsidRDefault="00000000">
      <w:pPr>
        <w:rPr>
          <w:lang w:val="cs-CZ"/>
        </w:rPr>
      </w:pPr>
      <w:r>
        <w:rPr>
          <w:lang w:val="cs-CZ"/>
        </w:rPr>
        <w:t>Fotografie / vzorky obdobných výrobků / Photos or samples of similar products:</w:t>
      </w:r>
    </w:p>
    <w:p w14:paraId="4A2728F3" w14:textId="77777777" w:rsidR="000720AA" w:rsidRDefault="00000000">
      <w:pPr>
        <w:rPr>
          <w:lang w:val="cs-CZ"/>
        </w:rPr>
      </w:pPr>
      <w:r>
        <w:rPr>
          <w:lang w:val="cs-CZ"/>
        </w:rPr>
        <w:t>☐ Přiloženo / Attached  ☐ K dispozici na vyžádaní / Available on request</w:t>
      </w:r>
    </w:p>
    <w:p w14:paraId="5B5ADD33" w14:textId="77777777" w:rsidR="000720AA" w:rsidRDefault="000720AA">
      <w:pPr>
        <w:rPr>
          <w:lang w:val="cs-CZ"/>
        </w:rPr>
      </w:pPr>
    </w:p>
    <w:p w14:paraId="47E4CF15" w14:textId="77777777" w:rsidR="000720AA" w:rsidRDefault="00000000">
      <w:pPr>
        <w:rPr>
          <w:lang w:val="cs-CZ"/>
        </w:rPr>
      </w:pPr>
      <w:r>
        <w:rPr>
          <w:lang w:val="cs-CZ"/>
        </w:rPr>
        <w:br w:type="page"/>
      </w:r>
    </w:p>
    <w:p w14:paraId="2FE94580" w14:textId="77777777" w:rsidR="000720AA" w:rsidRDefault="00000000">
      <w:pPr>
        <w:pStyle w:val="Nadpis3"/>
        <w:rPr>
          <w:lang w:val="cs-CZ"/>
        </w:rPr>
      </w:pPr>
      <w:r>
        <w:rPr>
          <w:lang w:val="cs-CZ"/>
        </w:rPr>
        <w:lastRenderedPageBreak/>
        <w:t>3.4 Vybavení pro miminka / Baby equipment</w:t>
      </w:r>
    </w:p>
    <w:p w14:paraId="231C166B" w14:textId="559070F2" w:rsidR="000720AA" w:rsidRDefault="00000000">
      <w:pPr>
        <w:rPr>
          <w:lang w:val="cs-CZ"/>
        </w:rPr>
      </w:pPr>
      <w:r>
        <w:rPr>
          <w:lang w:val="cs-CZ"/>
        </w:rPr>
        <w:t>Máte zkušenosti s výrobou textilní výbavičky pro miminka (dečky, plenky, čepičky apod.)? / Do you have experience producing textile baby equipment (blankets, hats, etc.)?</w:t>
      </w:r>
    </w:p>
    <w:p w14:paraId="0794D553" w14:textId="77777777" w:rsidR="000720AA" w:rsidRDefault="00000000">
      <w:pPr>
        <w:rPr>
          <w:lang w:val="cs-CZ"/>
        </w:rPr>
      </w:pPr>
      <w:r>
        <w:rPr>
          <w:lang w:val="cs-CZ"/>
        </w:rPr>
        <w:t>☐ Ano / Yes  ☐ Ne / No</w:t>
      </w:r>
    </w:p>
    <w:p w14:paraId="73C88B72" w14:textId="77777777" w:rsidR="000720AA" w:rsidRDefault="000720AA">
      <w:pPr>
        <w:rPr>
          <w:lang w:val="cs-CZ"/>
        </w:rPr>
      </w:pPr>
    </w:p>
    <w:p w14:paraId="6F9A7A64" w14:textId="77777777" w:rsidR="000720AA" w:rsidRDefault="00000000">
      <w:pPr>
        <w:rPr>
          <w:lang w:val="cs-CZ"/>
        </w:rPr>
      </w:pPr>
      <w:r>
        <w:rPr>
          <w:lang w:val="cs-CZ"/>
        </w:rPr>
        <w:t>Používané materiály / Materials used:</w:t>
      </w:r>
    </w:p>
    <w:p w14:paraId="1456306A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Bavlna (bio) / Cotton (organic)  ☐ Froté / Terry cloth  ☐ Jiné / Other (uveďte): </w:t>
      </w:r>
    </w:p>
    <w:p w14:paraId="498BFD24" w14:textId="77777777" w:rsidR="000720AA" w:rsidRDefault="000720AA">
      <w:pPr>
        <w:rPr>
          <w:lang w:val="cs-CZ"/>
        </w:rPr>
      </w:pPr>
    </w:p>
    <w:p w14:paraId="1A7B357B" w14:textId="77777777" w:rsidR="000720AA" w:rsidRDefault="00000000">
      <w:pPr>
        <w:rPr>
          <w:lang w:val="cs-CZ"/>
        </w:rPr>
      </w:pPr>
      <w:r>
        <w:rPr>
          <w:lang w:val="cs-CZ"/>
        </w:rPr>
        <w:t>Certifikace / Certifications:</w:t>
      </w:r>
    </w:p>
    <w:p w14:paraId="03BF7CA4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OEKO-TEX  ☐ EN 14682 (bezpečnost šňůr a stahovacích prvků na dětském oblečení)  ☐ Jiné / Other: </w:t>
      </w:r>
    </w:p>
    <w:p w14:paraId="641D4198" w14:textId="77777777" w:rsidR="000720AA" w:rsidRDefault="000720AA">
      <w:pPr>
        <w:rPr>
          <w:lang w:val="cs-CZ"/>
        </w:rPr>
      </w:pPr>
    </w:p>
    <w:p w14:paraId="516A4FE4" w14:textId="77777777" w:rsidR="000720AA" w:rsidRDefault="00000000">
      <w:pPr>
        <w:rPr>
          <w:lang w:val="cs-CZ"/>
        </w:rPr>
      </w:pPr>
      <w:r>
        <w:rPr>
          <w:lang w:val="cs-CZ"/>
        </w:rPr>
        <w:t>Fotografie / vzorky obdobných výrobků / Photos or samples of similar products:</w:t>
      </w:r>
    </w:p>
    <w:p w14:paraId="7687B857" w14:textId="77777777" w:rsidR="000720AA" w:rsidRDefault="00000000">
      <w:pPr>
        <w:rPr>
          <w:lang w:val="cs-CZ"/>
        </w:rPr>
      </w:pPr>
      <w:r>
        <w:rPr>
          <w:lang w:val="cs-CZ"/>
        </w:rPr>
        <w:t>☐ Přiloženo / Attached  ☐ K dispozici na vyžádaní / Available on request</w:t>
      </w:r>
    </w:p>
    <w:p w14:paraId="4FB7CBA1" w14:textId="77777777" w:rsidR="000720AA" w:rsidRDefault="000720AA">
      <w:pPr>
        <w:rPr>
          <w:lang w:val="cs-CZ"/>
        </w:rPr>
      </w:pPr>
    </w:p>
    <w:p w14:paraId="590BBA3A" w14:textId="77777777" w:rsidR="000720AA" w:rsidRDefault="00000000">
      <w:pPr>
        <w:pStyle w:val="Nadpis3"/>
        <w:rPr>
          <w:lang w:val="cs-CZ"/>
        </w:rPr>
      </w:pPr>
      <w:r>
        <w:rPr>
          <w:lang w:val="cs-CZ"/>
        </w:rPr>
        <w:t>3.5 Hadrové panenky / Rag dolls</w:t>
      </w:r>
    </w:p>
    <w:p w14:paraId="31F41BA3" w14:textId="77777777" w:rsidR="000720AA" w:rsidRDefault="00000000">
      <w:pPr>
        <w:rPr>
          <w:lang w:val="cs-CZ"/>
        </w:rPr>
      </w:pPr>
      <w:r>
        <w:rPr>
          <w:lang w:val="cs-CZ"/>
        </w:rPr>
        <w:t>Máte zkušenosti s výrobou ručně šitých hadrových panenek nebo textilních hraček? / Do you have experience producing handmade rag dolls or textile toys?</w:t>
      </w:r>
    </w:p>
    <w:p w14:paraId="7CD50A83" w14:textId="77777777" w:rsidR="000720AA" w:rsidRDefault="00000000">
      <w:pPr>
        <w:rPr>
          <w:lang w:val="cs-CZ"/>
        </w:rPr>
      </w:pPr>
      <w:r>
        <w:rPr>
          <w:lang w:val="cs-CZ"/>
        </w:rPr>
        <w:t>☐ Ano / Yes  ☐ Ne / No</w:t>
      </w:r>
    </w:p>
    <w:p w14:paraId="14013CAD" w14:textId="77777777" w:rsidR="000720AA" w:rsidRDefault="000720AA">
      <w:pPr>
        <w:rPr>
          <w:lang w:val="cs-CZ"/>
        </w:rPr>
      </w:pPr>
    </w:p>
    <w:p w14:paraId="0E8180B5" w14:textId="77777777" w:rsidR="000720AA" w:rsidRDefault="00000000">
      <w:pPr>
        <w:rPr>
          <w:lang w:val="cs-CZ"/>
        </w:rPr>
      </w:pPr>
      <w:r>
        <w:rPr>
          <w:lang w:val="cs-CZ"/>
        </w:rPr>
        <w:t>Používané materiály / Materials used:</w:t>
      </w:r>
    </w:p>
    <w:p w14:paraId="19335AA6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Bavlna / Cotton  ☐ Plsť / Felt  ☐ Výplň (bavlna/polyester) / Filling (cotton/polyester)  ☐ Jiné / Other (uveďte): </w:t>
      </w:r>
    </w:p>
    <w:p w14:paraId="6229634D" w14:textId="77777777" w:rsidR="000720AA" w:rsidRDefault="000720AA">
      <w:pPr>
        <w:rPr>
          <w:lang w:val="cs-CZ"/>
        </w:rPr>
      </w:pPr>
    </w:p>
    <w:p w14:paraId="68D3685F" w14:textId="77777777" w:rsidR="000720AA" w:rsidRDefault="00000000">
      <w:pPr>
        <w:rPr>
          <w:lang w:val="cs-CZ"/>
        </w:rPr>
      </w:pPr>
      <w:r>
        <w:rPr>
          <w:lang w:val="cs-CZ"/>
        </w:rPr>
        <w:t>Certifikace / Certifications:</w:t>
      </w:r>
    </w:p>
    <w:p w14:paraId="1157F7D4" w14:textId="77777777" w:rsidR="000720AA" w:rsidRDefault="00000000">
      <w:pPr>
        <w:rPr>
          <w:lang w:val="cs-CZ"/>
        </w:rPr>
      </w:pPr>
      <w:r>
        <w:rPr>
          <w:lang w:val="cs-CZ"/>
        </w:rPr>
        <w:t xml:space="preserve">☐ EN 71 (bezpečnost hraček / toy safety)  ☐ Jiné / Other: </w:t>
      </w:r>
    </w:p>
    <w:p w14:paraId="76CB4865" w14:textId="77777777" w:rsidR="000720AA" w:rsidRDefault="000720AA">
      <w:pPr>
        <w:rPr>
          <w:lang w:val="cs-CZ"/>
        </w:rPr>
      </w:pPr>
    </w:p>
    <w:p w14:paraId="6FA5365C" w14:textId="77777777" w:rsidR="000720AA" w:rsidRDefault="00000000">
      <w:pPr>
        <w:rPr>
          <w:lang w:val="cs-CZ"/>
        </w:rPr>
      </w:pPr>
      <w:r>
        <w:rPr>
          <w:lang w:val="cs-CZ"/>
        </w:rPr>
        <w:t>Fotografie / vzorky obdobných výrobků / Photos or samples of similar products:</w:t>
      </w:r>
    </w:p>
    <w:p w14:paraId="30236860" w14:textId="77777777" w:rsidR="000720AA" w:rsidRDefault="00000000">
      <w:pPr>
        <w:rPr>
          <w:lang w:val="cs-CZ"/>
        </w:rPr>
      </w:pPr>
      <w:r>
        <w:rPr>
          <w:lang w:val="cs-CZ"/>
        </w:rPr>
        <w:lastRenderedPageBreak/>
        <w:t>☐ Přiloženo / Attached  ☐ K dispozici na vyžádaní / Available on request</w:t>
      </w:r>
    </w:p>
    <w:p w14:paraId="5967F594" w14:textId="77777777" w:rsidR="000720AA" w:rsidRDefault="000720AA">
      <w:pPr>
        <w:rPr>
          <w:lang w:val="cs-CZ"/>
        </w:rPr>
      </w:pPr>
    </w:p>
    <w:p w14:paraId="04450C48" w14:textId="77777777" w:rsidR="001860BB" w:rsidRPr="00CC37CD" w:rsidRDefault="00C959EC">
      <w:pPr>
        <w:pStyle w:val="Nadpis2"/>
        <w:rPr>
          <w:lang w:val="cs-CZ"/>
        </w:rPr>
      </w:pPr>
      <w:r>
        <w:rPr>
          <w:lang w:val="cs-CZ"/>
        </w:rPr>
        <w:t>4. VYROBNÍ KAPACITY A TECHNOLOGIE / PRODUCTION CAPACITIES AND TECHNOLOGIES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34"/>
        <w:gridCol w:w="4862"/>
      </w:tblGrid>
      <w:tr w:rsidR="001860BB" w:rsidRPr="00CC37CD" w14:paraId="579BD890" w14:textId="77777777">
        <w:trPr>
          <w:jc w:val="center"/>
        </w:trPr>
        <w:tc>
          <w:tcPr>
            <w:tcW w:w="3600" w:type="dxa"/>
          </w:tcPr>
          <w:p w14:paraId="67F4CDA4" w14:textId="77777777" w:rsidR="001860BB" w:rsidRPr="00CC37CD" w:rsidRDefault="003508DB">
            <w:pPr>
              <w:rPr>
                <w:lang w:val="cs-CZ"/>
              </w:rPr>
            </w:pPr>
            <w:r>
              <w:rPr>
                <w:lang w:val="cs-CZ"/>
              </w:rPr>
              <w:t>Používané technologie / Technologies used (stroje, linky, ruční práce)</w:t>
            </w:r>
          </w:p>
        </w:tc>
        <w:tc>
          <w:tcPr>
            <w:tcW w:w="5040" w:type="dxa"/>
          </w:tcPr>
          <w:p w14:paraId="35820237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390E96F4" w14:textId="77777777">
        <w:trPr>
          <w:jc w:val="center"/>
        </w:trPr>
        <w:tc>
          <w:tcPr>
            <w:tcW w:w="3600" w:type="dxa"/>
          </w:tcPr>
          <w:p w14:paraId="10CFEB53" w14:textId="77777777" w:rsidR="001860BB" w:rsidRPr="00CC37CD" w:rsidRDefault="003508DB">
            <w:pPr>
              <w:rPr>
                <w:lang w:val="cs-CZ"/>
              </w:rPr>
            </w:pPr>
            <w:r>
              <w:rPr>
                <w:lang w:val="cs-CZ"/>
              </w:rPr>
              <w:t>Výrobní kapacita (ks/měsíc nebo ks/týden) / Production capacity (pcs/month or pcs/week)</w:t>
            </w:r>
          </w:p>
        </w:tc>
        <w:tc>
          <w:tcPr>
            <w:tcW w:w="5040" w:type="dxa"/>
          </w:tcPr>
          <w:p w14:paraId="13838EEB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AA7E41" w14:paraId="73EAB3A7" w14:textId="77777777">
        <w:trPr>
          <w:jc w:val="center"/>
        </w:trPr>
        <w:tc>
          <w:tcPr>
            <w:tcW w:w="3600" w:type="dxa"/>
          </w:tcPr>
          <w:p w14:paraId="7FC1D059" w14:textId="77777777" w:rsidR="001860BB" w:rsidRPr="00CC37CD" w:rsidRDefault="003508DB">
            <w:pPr>
              <w:rPr>
                <w:lang w:val="cs-CZ"/>
              </w:rPr>
            </w:pPr>
            <w:r>
              <w:rPr>
                <w:lang w:val="cs-CZ"/>
              </w:rPr>
              <w:t>Minimální objednatelné množství (MOQ) / Minimum order quantity (MOQ)</w:t>
            </w:r>
          </w:p>
        </w:tc>
        <w:tc>
          <w:tcPr>
            <w:tcW w:w="5040" w:type="dxa"/>
          </w:tcPr>
          <w:p w14:paraId="4962F200" w14:textId="77777777" w:rsidR="001860BB" w:rsidRPr="00CC37CD" w:rsidRDefault="002725A2">
            <w:pPr>
              <w:rPr>
                <w:lang w:val="cs-CZ"/>
              </w:rPr>
            </w:pPr>
            <w:r>
              <w:rPr>
                <w:lang w:val="cs-CZ"/>
              </w:rPr>
              <w:t>Předpokládané množství bude upřesněno dle typu výrobku a vzájemné dohody</w:t>
            </w:r>
          </w:p>
        </w:tc>
      </w:tr>
      <w:tr w:rsidR="001860BB" w:rsidRPr="00CC37CD" w14:paraId="389A1ABE" w14:textId="77777777">
        <w:trPr>
          <w:jc w:val="center"/>
        </w:trPr>
        <w:tc>
          <w:tcPr>
            <w:tcW w:w="3600" w:type="dxa"/>
          </w:tcPr>
          <w:p w14:paraId="0DFAFCB7" w14:textId="77777777" w:rsidR="001860BB" w:rsidRPr="00CC37CD" w:rsidRDefault="002725A2">
            <w:pPr>
              <w:rPr>
                <w:lang w:val="cs-CZ"/>
              </w:rPr>
            </w:pPr>
            <w:r>
              <w:rPr>
                <w:lang w:val="cs-CZ"/>
              </w:rPr>
              <w:t xml:space="preserve">Dodací lhůta /1-2 měsíce </w:t>
            </w:r>
          </w:p>
        </w:tc>
        <w:tc>
          <w:tcPr>
            <w:tcW w:w="5040" w:type="dxa"/>
          </w:tcPr>
          <w:p w14:paraId="70BDB372" w14:textId="77777777" w:rsidR="001860BB" w:rsidRPr="00CC37CD" w:rsidRDefault="00C959EC">
            <w:pPr>
              <w:rPr>
                <w:lang w:val="cs-CZ"/>
              </w:rPr>
            </w:pPr>
            <w:r>
              <w:rPr>
                <w:lang w:val="cs-CZ"/>
              </w:rPr>
              <w:t>☐ Ano / Yes  ☐ Ne / No</w:t>
            </w:r>
          </w:p>
        </w:tc>
      </w:tr>
      <w:tr w:rsidR="001860BB" w:rsidRPr="00CC37CD" w14:paraId="5FDE3966" w14:textId="77777777">
        <w:trPr>
          <w:jc w:val="center"/>
        </w:trPr>
        <w:tc>
          <w:tcPr>
            <w:tcW w:w="3600" w:type="dxa"/>
          </w:tcPr>
          <w:p w14:paraId="0B00CE75" w14:textId="77777777" w:rsidR="001860BB" w:rsidRPr="00CC37CD" w:rsidRDefault="0035576A">
            <w:pPr>
              <w:rPr>
                <w:lang w:val="cs-CZ"/>
              </w:rPr>
            </w:pPr>
            <w:r>
              <w:rPr>
                <w:lang w:val="cs-CZ"/>
              </w:rPr>
              <w:t>Dodací lhůta pro vzorek / Sample lead time</w:t>
            </w:r>
          </w:p>
        </w:tc>
        <w:tc>
          <w:tcPr>
            <w:tcW w:w="5040" w:type="dxa"/>
          </w:tcPr>
          <w:p w14:paraId="38FD1367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3BFBF5B4" w14:textId="77777777">
        <w:trPr>
          <w:jc w:val="center"/>
        </w:trPr>
        <w:tc>
          <w:tcPr>
            <w:tcW w:w="3600" w:type="dxa"/>
          </w:tcPr>
          <w:p w14:paraId="6B4CD5DE" w14:textId="77777777" w:rsidR="001860BB" w:rsidRPr="00CC37CD" w:rsidRDefault="0035576A">
            <w:pPr>
              <w:rPr>
                <w:lang w:val="cs-CZ"/>
              </w:rPr>
            </w:pPr>
            <w:r>
              <w:rPr>
                <w:lang w:val="cs-CZ"/>
              </w:rPr>
              <w:t>Dodací lhůta pro sériovou výrobu / Serial production lead time</w:t>
            </w:r>
          </w:p>
        </w:tc>
        <w:tc>
          <w:tcPr>
            <w:tcW w:w="5040" w:type="dxa"/>
          </w:tcPr>
          <w:p w14:paraId="7DB5A15A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537BABA1" w14:textId="77777777">
        <w:trPr>
          <w:jc w:val="center"/>
        </w:trPr>
        <w:tc>
          <w:tcPr>
            <w:tcW w:w="3600" w:type="dxa"/>
          </w:tcPr>
          <w:p w14:paraId="4C0DC58B" w14:textId="77777777" w:rsidR="001860BB" w:rsidRPr="00CC37CD" w:rsidRDefault="00C959EC">
            <w:pPr>
              <w:rPr>
                <w:lang w:val="cs-CZ"/>
              </w:rPr>
            </w:pPr>
            <w:r>
              <w:rPr>
                <w:lang w:val="cs-CZ"/>
              </w:rPr>
              <w:t>Možnost opakované výroby / Repeat production capability</w:t>
            </w:r>
          </w:p>
        </w:tc>
        <w:tc>
          <w:tcPr>
            <w:tcW w:w="5040" w:type="dxa"/>
          </w:tcPr>
          <w:p w14:paraId="47604674" w14:textId="77777777" w:rsidR="001860BB" w:rsidRPr="00CC37CD" w:rsidRDefault="00C959EC">
            <w:pPr>
              <w:rPr>
                <w:lang w:val="cs-CZ"/>
              </w:rPr>
            </w:pPr>
            <w:r>
              <w:rPr>
                <w:lang w:val="cs-CZ"/>
              </w:rPr>
              <w:t>☐ Ano / Yes  ☐ Ne / No</w:t>
            </w:r>
          </w:p>
        </w:tc>
      </w:tr>
      <w:tr w:rsidR="001860BB" w:rsidRPr="00CC37CD" w14:paraId="3AD389F7" w14:textId="77777777">
        <w:trPr>
          <w:jc w:val="center"/>
        </w:trPr>
        <w:tc>
          <w:tcPr>
            <w:tcW w:w="4703" w:type="dxa"/>
          </w:tcPr>
          <w:p w14:paraId="4A741103" w14:textId="77777777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4703" w:type="dxa"/>
          </w:tcPr>
          <w:p w14:paraId="61BD6B8A" w14:textId="77777777" w:rsidR="001860BB" w:rsidRPr="00CC37CD" w:rsidRDefault="001860BB">
            <w:pPr>
              <w:rPr>
                <w:lang w:val="cs-CZ"/>
              </w:rPr>
            </w:pPr>
          </w:p>
        </w:tc>
      </w:tr>
    </w:tbl>
    <w:p w14:paraId="606093BB" w14:textId="77777777" w:rsidR="001860BB" w:rsidRPr="00CC37CD" w:rsidRDefault="001860BB">
      <w:pPr>
        <w:rPr>
          <w:lang w:val="cs-CZ"/>
        </w:rPr>
      </w:pPr>
    </w:p>
    <w:p w14:paraId="74106651" w14:textId="77777777" w:rsidR="001860BB" w:rsidRPr="00CC37CD" w:rsidRDefault="00C959EC">
      <w:pPr>
        <w:rPr>
          <w:lang w:val="cs-CZ"/>
        </w:rPr>
      </w:pPr>
      <w:r>
        <w:rPr>
          <w:lang w:val="cs-CZ"/>
        </w:rPr>
        <w:t>Reference z podobných projektu (lze uvést anonymně) / References from similar projects (can be anonymous):</w:t>
      </w:r>
    </w:p>
    <w:p w14:paraId="34321528" w14:textId="77777777" w:rsidR="001860BB" w:rsidRPr="00CC37CD" w:rsidRDefault="001860BB">
      <w:pPr>
        <w:rPr>
          <w:lang w:val="cs-CZ"/>
        </w:rPr>
      </w:pPr>
    </w:p>
    <w:p w14:paraId="00627062" w14:textId="77777777" w:rsidR="001860BB" w:rsidRPr="00CC37CD" w:rsidRDefault="00715F06">
      <w:pPr>
        <w:pStyle w:val="Nadpis2"/>
        <w:rPr>
          <w:lang w:val="cs-CZ"/>
        </w:rPr>
      </w:pPr>
      <w:r>
        <w:rPr>
          <w:lang w:val="cs-CZ"/>
        </w:rPr>
        <w:t>5. CENA A OBCHODNÍ PODMÍNKY / PRICING AND COMMERCIAL TERMS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563"/>
        <w:gridCol w:w="4833"/>
      </w:tblGrid>
      <w:tr w:rsidR="001860BB" w:rsidRPr="00CC37CD" w14:paraId="38734883" w14:textId="77777777">
        <w:trPr>
          <w:jc w:val="center"/>
        </w:trPr>
        <w:tc>
          <w:tcPr>
            <w:tcW w:w="3600" w:type="dxa"/>
          </w:tcPr>
          <w:p w14:paraId="5B7E12B4" w14:textId="77777777" w:rsidR="001860BB" w:rsidRPr="00CC37CD" w:rsidRDefault="0035576A">
            <w:pPr>
              <w:rPr>
                <w:lang w:val="cs-CZ"/>
              </w:rPr>
            </w:pPr>
            <w:r>
              <w:rPr>
                <w:lang w:val="cs-CZ"/>
              </w:rPr>
              <w:t>Orientační cena za vzorek / Approximate sample cost</w:t>
            </w:r>
          </w:p>
        </w:tc>
        <w:tc>
          <w:tcPr>
            <w:tcW w:w="5040" w:type="dxa"/>
          </w:tcPr>
          <w:p w14:paraId="0EA05897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41EB26EB" w14:textId="77777777">
        <w:trPr>
          <w:jc w:val="center"/>
        </w:trPr>
        <w:tc>
          <w:tcPr>
            <w:tcW w:w="3600" w:type="dxa"/>
          </w:tcPr>
          <w:p w14:paraId="39B19126" w14:textId="77777777" w:rsidR="001860BB" w:rsidRPr="00CC37CD" w:rsidRDefault="0035576A">
            <w:pPr>
              <w:rPr>
                <w:lang w:val="cs-CZ"/>
              </w:rPr>
            </w:pPr>
            <w:r>
              <w:rPr>
                <w:lang w:val="cs-CZ"/>
              </w:rPr>
              <w:t>Orientační cena za sérii (uveďte rozsah) / Approximate series price (specify range)</w:t>
            </w:r>
          </w:p>
        </w:tc>
        <w:tc>
          <w:tcPr>
            <w:tcW w:w="5040" w:type="dxa"/>
          </w:tcPr>
          <w:p w14:paraId="6C1A2430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2A67AE90" w14:textId="77777777">
        <w:trPr>
          <w:jc w:val="center"/>
        </w:trPr>
        <w:tc>
          <w:tcPr>
            <w:tcW w:w="3600" w:type="dxa"/>
          </w:tcPr>
          <w:p w14:paraId="7540EB58" w14:textId="77777777" w:rsidR="001860BB" w:rsidRPr="00CC37CD" w:rsidRDefault="0035576A">
            <w:pPr>
              <w:rPr>
                <w:lang w:val="cs-CZ"/>
              </w:rPr>
            </w:pPr>
            <w:r>
              <w:rPr>
                <w:lang w:val="cs-CZ"/>
              </w:rPr>
              <w:t>Obchodní podmínky (Incoterms) / Commercial terms (Incoterms)</w:t>
            </w:r>
          </w:p>
        </w:tc>
        <w:tc>
          <w:tcPr>
            <w:tcW w:w="5040" w:type="dxa"/>
          </w:tcPr>
          <w:p w14:paraId="56919756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4BC098D7" w14:textId="77777777">
        <w:trPr>
          <w:jc w:val="center"/>
        </w:trPr>
        <w:tc>
          <w:tcPr>
            <w:tcW w:w="3600" w:type="dxa"/>
          </w:tcPr>
          <w:p w14:paraId="66A08880" w14:textId="77777777" w:rsidR="001860BB" w:rsidRPr="00CC37CD" w:rsidRDefault="0035576A">
            <w:pPr>
              <w:rPr>
                <w:lang w:val="cs-CZ"/>
              </w:rPr>
            </w:pPr>
            <w:r>
              <w:rPr>
                <w:lang w:val="cs-CZ"/>
              </w:rPr>
              <w:t>Platební podmínky / Payment terms</w:t>
            </w:r>
          </w:p>
        </w:tc>
        <w:tc>
          <w:tcPr>
            <w:tcW w:w="5040" w:type="dxa"/>
          </w:tcPr>
          <w:p w14:paraId="37A18D90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76BC20A1" w14:textId="77777777">
        <w:trPr>
          <w:jc w:val="center"/>
        </w:trPr>
        <w:tc>
          <w:tcPr>
            <w:tcW w:w="3600" w:type="dxa"/>
          </w:tcPr>
          <w:p w14:paraId="36B44D8B" w14:textId="77777777" w:rsidR="001860BB" w:rsidRPr="00CC37CD" w:rsidRDefault="0035576A">
            <w:pPr>
              <w:rPr>
                <w:lang w:val="cs-CZ"/>
              </w:rPr>
            </w:pPr>
            <w:r>
              <w:rPr>
                <w:lang w:val="cs-CZ"/>
              </w:rPr>
              <w:t>Záruka / Warranty</w:t>
            </w:r>
          </w:p>
        </w:tc>
        <w:tc>
          <w:tcPr>
            <w:tcW w:w="5040" w:type="dxa"/>
          </w:tcPr>
          <w:p w14:paraId="3E0F9461" w14:textId="77777777" w:rsidR="001860BB" w:rsidRPr="00CC37CD" w:rsidRDefault="001860BB">
            <w:pPr>
              <w:rPr>
                <w:lang w:val="cs-CZ"/>
              </w:rPr>
            </w:pPr>
          </w:p>
        </w:tc>
      </w:tr>
      <w:tr w:rsidR="001860BB" w:rsidRPr="00CC37CD" w14:paraId="303AAD8E" w14:textId="77777777">
        <w:trPr>
          <w:jc w:val="center"/>
        </w:trPr>
        <w:tc>
          <w:tcPr>
            <w:tcW w:w="4703" w:type="dxa"/>
          </w:tcPr>
          <w:p w14:paraId="2A3CC710" w14:textId="77777777" w:rsidR="001860BB" w:rsidRPr="00CC37CD" w:rsidRDefault="001860BB">
            <w:pPr>
              <w:rPr>
                <w:lang w:val="cs-CZ"/>
              </w:rPr>
            </w:pPr>
          </w:p>
        </w:tc>
        <w:tc>
          <w:tcPr>
            <w:tcW w:w="4703" w:type="dxa"/>
          </w:tcPr>
          <w:p w14:paraId="78AD6CFA" w14:textId="77777777" w:rsidR="001860BB" w:rsidRPr="00CC37CD" w:rsidRDefault="001860BB">
            <w:pPr>
              <w:rPr>
                <w:lang w:val="cs-CZ"/>
              </w:rPr>
            </w:pPr>
          </w:p>
        </w:tc>
      </w:tr>
    </w:tbl>
    <w:p w14:paraId="5620E871" w14:textId="77777777" w:rsidR="001860BB" w:rsidRPr="00CC37CD" w:rsidRDefault="001860BB">
      <w:pPr>
        <w:rPr>
          <w:lang w:val="cs-CZ"/>
        </w:rPr>
      </w:pPr>
    </w:p>
    <w:p w14:paraId="4782184F" w14:textId="77777777" w:rsidR="001860BB" w:rsidRPr="00CC37CD" w:rsidRDefault="00C959EC">
      <w:pPr>
        <w:pStyle w:val="Nadpis2"/>
        <w:rPr>
          <w:lang w:val="cs-CZ"/>
        </w:rPr>
      </w:pPr>
      <w:r>
        <w:rPr>
          <w:lang w:val="cs-CZ"/>
        </w:rPr>
        <w:t>7. DALŠÍ INFORMACE / ADDITIONAL INFORMATION</w:t>
      </w:r>
    </w:p>
    <w:p w14:paraId="64EB5FB2" w14:textId="77777777" w:rsidR="001860BB" w:rsidRPr="00CC37CD" w:rsidRDefault="00C959EC">
      <w:pPr>
        <w:rPr>
          <w:lang w:val="cs-CZ"/>
        </w:rPr>
      </w:pPr>
      <w:r>
        <w:rPr>
          <w:lang w:val="cs-CZ"/>
        </w:rPr>
        <w:t>Jste otevřeni dlouhodobé spolupráci? / Are you open to long-term cooperation?</w:t>
      </w:r>
    </w:p>
    <w:p w14:paraId="34C31711" w14:textId="77777777" w:rsidR="001860BB" w:rsidRPr="00CC37CD" w:rsidRDefault="00C959EC">
      <w:pPr>
        <w:rPr>
          <w:lang w:val="cs-CZ"/>
        </w:rPr>
      </w:pPr>
      <w:r>
        <w:rPr>
          <w:lang w:val="cs-CZ"/>
        </w:rPr>
        <w:t>☐ Ano / Yes  ☐ Ne / No</w:t>
      </w:r>
    </w:p>
    <w:p w14:paraId="3B58B421" w14:textId="77777777" w:rsidR="001860BB" w:rsidRPr="00CC37CD" w:rsidRDefault="001860BB">
      <w:pPr>
        <w:rPr>
          <w:lang w:val="cs-CZ"/>
        </w:rPr>
      </w:pPr>
    </w:p>
    <w:p w14:paraId="55031E5E" w14:textId="77777777" w:rsidR="001860BB" w:rsidRPr="00CC37CD" w:rsidRDefault="00C959EC">
      <w:pPr>
        <w:rPr>
          <w:lang w:val="cs-CZ"/>
        </w:rPr>
      </w:pPr>
      <w:r>
        <w:rPr>
          <w:lang w:val="cs-CZ"/>
        </w:rPr>
        <w:t>Máte kapacitu pro pravidelně opakované objednávky? / Do you have capacity for regular repeat orders?</w:t>
      </w:r>
    </w:p>
    <w:p w14:paraId="73B0E7D1" w14:textId="77777777" w:rsidR="001860BB" w:rsidRPr="00CC37CD" w:rsidRDefault="00C959EC">
      <w:pPr>
        <w:rPr>
          <w:lang w:val="cs-CZ"/>
        </w:rPr>
      </w:pPr>
      <w:r>
        <w:rPr>
          <w:lang w:val="cs-CZ"/>
        </w:rPr>
        <w:lastRenderedPageBreak/>
        <w:t>☐ Ano / Yes  ☐ Ne / No</w:t>
      </w:r>
    </w:p>
    <w:p w14:paraId="64BA3DCD" w14:textId="77777777" w:rsidR="001860BB" w:rsidRPr="00CC37CD" w:rsidRDefault="001860BB">
      <w:pPr>
        <w:rPr>
          <w:lang w:val="cs-CZ"/>
        </w:rPr>
      </w:pPr>
    </w:p>
    <w:p w14:paraId="57E1CB7F" w14:textId="77777777" w:rsidR="001860BB" w:rsidRPr="00CC37CD" w:rsidRDefault="00715F06">
      <w:pPr>
        <w:pStyle w:val="Nadpis2"/>
        <w:rPr>
          <w:lang w:val="cs-CZ"/>
        </w:rPr>
      </w:pPr>
      <w:r>
        <w:rPr>
          <w:lang w:val="cs-CZ"/>
        </w:rPr>
        <w:t>7. PŘÍLOHY / ATTACHMENTS</w:t>
      </w:r>
    </w:p>
    <w:p w14:paraId="0C48A1CE" w14:textId="77777777" w:rsidR="001860BB" w:rsidRPr="00CC37CD" w:rsidRDefault="00C959EC">
      <w:pPr>
        <w:rPr>
          <w:lang w:val="cs-CZ"/>
        </w:rPr>
      </w:pPr>
      <w:r>
        <w:rPr>
          <w:lang w:val="cs-CZ"/>
        </w:rPr>
        <w:t>☐ Fotografie výrobků / Product photos</w:t>
      </w:r>
    </w:p>
    <w:p w14:paraId="59740711" w14:textId="77777777" w:rsidR="001860BB" w:rsidRPr="00CC37CD" w:rsidRDefault="00C959EC">
      <w:pPr>
        <w:rPr>
          <w:lang w:val="cs-CZ"/>
        </w:rPr>
      </w:pPr>
      <w:r>
        <w:rPr>
          <w:lang w:val="cs-CZ"/>
        </w:rPr>
        <w:t>☐ Katalog / Catalogue</w:t>
      </w:r>
    </w:p>
    <w:p w14:paraId="53400FF6" w14:textId="77777777" w:rsidR="001860BB" w:rsidRPr="00CC37CD" w:rsidRDefault="00C959EC">
      <w:pPr>
        <w:rPr>
          <w:lang w:val="cs-CZ"/>
        </w:rPr>
      </w:pPr>
      <w:r>
        <w:rPr>
          <w:lang w:val="cs-CZ"/>
        </w:rPr>
        <w:t>☐ Certifikáty / Certificates</w:t>
      </w:r>
    </w:p>
    <w:p w14:paraId="5BB122B6" w14:textId="77777777" w:rsidR="001860BB" w:rsidRPr="00CC37CD" w:rsidRDefault="00C959EC">
      <w:pPr>
        <w:rPr>
          <w:lang w:val="cs-CZ"/>
        </w:rPr>
      </w:pPr>
      <w:r>
        <w:rPr>
          <w:lang w:val="cs-CZ"/>
        </w:rPr>
        <w:t>☐ Reference / References</w:t>
      </w:r>
    </w:p>
    <w:p w14:paraId="358D91DC" w14:textId="77777777" w:rsidR="001860BB" w:rsidRPr="00CC37CD" w:rsidRDefault="00C959EC">
      <w:pPr>
        <w:rPr>
          <w:lang w:val="cs-CZ"/>
        </w:rPr>
      </w:pPr>
      <w:r>
        <w:rPr>
          <w:lang w:val="cs-CZ"/>
        </w:rPr>
        <w:t xml:space="preserve">☐ Jine / Other: </w:t>
      </w:r>
    </w:p>
    <w:p w14:paraId="1321746D" w14:textId="77777777" w:rsidR="001860BB" w:rsidRPr="00CC37CD" w:rsidRDefault="001860BB">
      <w:pPr>
        <w:rPr>
          <w:lang w:val="cs-CZ"/>
        </w:rPr>
      </w:pPr>
    </w:p>
    <w:sectPr w:rsidR="001860BB" w:rsidRPr="00CC37CD" w:rsidSect="00034616"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37708" w14:textId="77777777" w:rsidR="00240623" w:rsidRDefault="00240623" w:rsidP="002725A2">
      <w:pPr>
        <w:spacing w:after="0" w:line="240" w:lineRule="auto"/>
      </w:pPr>
      <w:r>
        <w:separator/>
      </w:r>
    </w:p>
  </w:endnote>
  <w:endnote w:type="continuationSeparator" w:id="0">
    <w:p w14:paraId="177E073D" w14:textId="77777777" w:rsidR="00240623" w:rsidRDefault="00240623" w:rsidP="00272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904017"/>
      <w:docPartObj>
        <w:docPartGallery w:val="Page Numbers (Bottom of Page)"/>
        <w:docPartUnique/>
      </w:docPartObj>
    </w:sdtPr>
    <w:sdtContent>
      <w:p w14:paraId="07CD66F9" w14:textId="77777777" w:rsidR="002725A2" w:rsidRDefault="002725A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6DF418C0" w14:textId="77777777" w:rsidR="002725A2" w:rsidRDefault="002725A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7DB24" w14:textId="77777777" w:rsidR="00240623" w:rsidRDefault="00240623" w:rsidP="002725A2">
      <w:pPr>
        <w:spacing w:after="0" w:line="240" w:lineRule="auto"/>
      </w:pPr>
      <w:r>
        <w:separator/>
      </w:r>
    </w:p>
  </w:footnote>
  <w:footnote w:type="continuationSeparator" w:id="0">
    <w:p w14:paraId="140C2ADB" w14:textId="77777777" w:rsidR="00240623" w:rsidRDefault="00240623" w:rsidP="00272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22217908">
    <w:abstractNumId w:val="8"/>
  </w:num>
  <w:num w:numId="2" w16cid:durableId="2106609080">
    <w:abstractNumId w:val="6"/>
  </w:num>
  <w:num w:numId="3" w16cid:durableId="688336173">
    <w:abstractNumId w:val="5"/>
  </w:num>
  <w:num w:numId="4" w16cid:durableId="1909916530">
    <w:abstractNumId w:val="4"/>
  </w:num>
  <w:num w:numId="5" w16cid:durableId="126700474">
    <w:abstractNumId w:val="7"/>
  </w:num>
  <w:num w:numId="6" w16cid:durableId="584530399">
    <w:abstractNumId w:val="3"/>
  </w:num>
  <w:num w:numId="7" w16cid:durableId="882255132">
    <w:abstractNumId w:val="2"/>
  </w:num>
  <w:num w:numId="8" w16cid:durableId="1460761760">
    <w:abstractNumId w:val="1"/>
  </w:num>
  <w:num w:numId="9" w16cid:durableId="49291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6172"/>
    <w:rsid w:val="0006063C"/>
    <w:rsid w:val="000720AA"/>
    <w:rsid w:val="0015074B"/>
    <w:rsid w:val="001860BB"/>
    <w:rsid w:val="001F2501"/>
    <w:rsid w:val="00240623"/>
    <w:rsid w:val="002725A2"/>
    <w:rsid w:val="0029639D"/>
    <w:rsid w:val="002D3E73"/>
    <w:rsid w:val="00326F90"/>
    <w:rsid w:val="003508DB"/>
    <w:rsid w:val="0035576A"/>
    <w:rsid w:val="003A352C"/>
    <w:rsid w:val="00526CC7"/>
    <w:rsid w:val="005A00C5"/>
    <w:rsid w:val="00705A00"/>
    <w:rsid w:val="00715F06"/>
    <w:rsid w:val="007332F1"/>
    <w:rsid w:val="0085278C"/>
    <w:rsid w:val="008801B3"/>
    <w:rsid w:val="00963579"/>
    <w:rsid w:val="00AA1CD3"/>
    <w:rsid w:val="00AA1D8D"/>
    <w:rsid w:val="00AA7E41"/>
    <w:rsid w:val="00B47730"/>
    <w:rsid w:val="00BA574F"/>
    <w:rsid w:val="00BA583D"/>
    <w:rsid w:val="00C560BF"/>
    <w:rsid w:val="00C959EC"/>
    <w:rsid w:val="00CA6205"/>
    <w:rsid w:val="00CB0664"/>
    <w:rsid w:val="00CB42BB"/>
    <w:rsid w:val="00CC37CD"/>
    <w:rsid w:val="00CC7397"/>
    <w:rsid w:val="00D02A9A"/>
    <w:rsid w:val="00F2223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A11449"/>
  <w14:defaultImageDpi w14:val="300"/>
  <w15:docId w15:val="{ACD87B41-079A-4AAA-A294-0E5A0F04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759</Words>
  <Characters>4483</Characters>
  <Application>Microsoft Office Word</Application>
  <DocSecurity>0</DocSecurity>
  <Lines>37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5232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Paříková Martina, Mgr.</cp:lastModifiedBy>
  <cp:revision>2</cp:revision>
  <cp:lastPrinted>2026-09-09T09:38:00Z</cp:lastPrinted>
  <dcterms:created xsi:type="dcterms:W3CDTF">2026-09-15T12:33:00Z</dcterms:created>
  <dcterms:modified xsi:type="dcterms:W3CDTF">2026-09-15T12:33:00Z</dcterms:modified>
  <cp:category/>
</cp:coreProperties>
</file>